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D8997" w14:textId="77777777" w:rsidR="008865EF" w:rsidRDefault="00000000" w:rsidP="003439AC">
      <w:pPr>
        <w:spacing w:after="0" w:line="240" w:lineRule="auto"/>
        <w:jc w:val="center"/>
      </w:pPr>
      <w:r>
        <w:rPr>
          <w:b/>
          <w:sz w:val="28"/>
        </w:rPr>
        <w:t>PEMERINTAH KABUPATEN BANYUMAS</w:t>
      </w:r>
    </w:p>
    <w:p w14:paraId="68B4446A" w14:textId="77777777" w:rsidR="008865EF" w:rsidRDefault="00000000" w:rsidP="003439AC">
      <w:pPr>
        <w:spacing w:after="0" w:line="240" w:lineRule="auto"/>
        <w:jc w:val="center"/>
      </w:pPr>
      <w:r>
        <w:rPr>
          <w:b/>
          <w:sz w:val="28"/>
        </w:rPr>
        <w:t>KECAMATAN SOKARAJA</w:t>
      </w:r>
    </w:p>
    <w:p w14:paraId="66B17930" w14:textId="77777777" w:rsidR="008865EF" w:rsidRDefault="00000000" w:rsidP="003439AC">
      <w:pPr>
        <w:spacing w:after="0" w:line="240" w:lineRule="auto"/>
        <w:jc w:val="center"/>
        <w:rPr>
          <w:b/>
          <w:sz w:val="28"/>
        </w:rPr>
      </w:pPr>
      <w:r>
        <w:rPr>
          <w:b/>
          <w:sz w:val="28"/>
        </w:rPr>
        <w:t>PEJABAT PENGELOLA INFORMASI DAN DOKUMENTASI (PPID)</w:t>
      </w:r>
    </w:p>
    <w:p w14:paraId="56AC4884" w14:textId="77777777" w:rsidR="003439AC" w:rsidRDefault="003439AC" w:rsidP="003439AC">
      <w:pPr>
        <w:spacing w:after="0" w:line="240" w:lineRule="auto"/>
        <w:jc w:val="center"/>
        <w:rPr>
          <w:b/>
          <w:sz w:val="28"/>
        </w:rPr>
      </w:pPr>
    </w:p>
    <w:p w14:paraId="4560B685" w14:textId="77777777" w:rsidR="003439AC" w:rsidRDefault="003439AC" w:rsidP="003439AC">
      <w:pPr>
        <w:spacing w:after="0" w:line="240" w:lineRule="auto"/>
        <w:jc w:val="center"/>
      </w:pPr>
    </w:p>
    <w:p w14:paraId="418308BE" w14:textId="77777777" w:rsidR="008865EF" w:rsidRDefault="00000000">
      <w:pPr>
        <w:jc w:val="center"/>
      </w:pPr>
      <w:r>
        <w:rPr>
          <w:b/>
        </w:rPr>
        <w:t>FORMULIR PERMOHONAN INFORMASI PUBLIK</w:t>
      </w:r>
    </w:p>
    <w:p w14:paraId="5AF346DA" w14:textId="2C4545F6" w:rsidR="008865EF" w:rsidRDefault="00000000" w:rsidP="003439AC">
      <w:pPr>
        <w:tabs>
          <w:tab w:val="left" w:pos="1276"/>
          <w:tab w:val="left" w:pos="1560"/>
        </w:tabs>
      </w:pPr>
      <w:r>
        <w:t>Nama</w:t>
      </w:r>
      <w:r w:rsidR="003439AC">
        <w:tab/>
      </w:r>
      <w:r>
        <w:t>: ........................................................</w:t>
      </w:r>
      <w:r w:rsidR="003439AC">
        <w:t>..........................................................................................................................</w:t>
      </w:r>
    </w:p>
    <w:p w14:paraId="41F1ED44" w14:textId="498FB31E" w:rsidR="008865EF" w:rsidRDefault="00000000" w:rsidP="003439AC">
      <w:pPr>
        <w:tabs>
          <w:tab w:val="left" w:pos="1276"/>
          <w:tab w:val="left" w:pos="1560"/>
        </w:tabs>
      </w:pPr>
      <w:r>
        <w:t>NIK</w:t>
      </w:r>
      <w:r w:rsidR="003439AC">
        <w:tab/>
      </w:r>
      <w:r>
        <w:t>: ........................................................</w:t>
      </w:r>
      <w:r w:rsidR="003439AC">
        <w:t>.........................................................................................................................</w:t>
      </w:r>
    </w:p>
    <w:p w14:paraId="79281BE5" w14:textId="2945353D" w:rsidR="008865EF" w:rsidRDefault="00000000" w:rsidP="003439AC">
      <w:pPr>
        <w:tabs>
          <w:tab w:val="left" w:pos="1276"/>
          <w:tab w:val="left" w:pos="1560"/>
        </w:tabs>
      </w:pPr>
      <w:proofErr w:type="spellStart"/>
      <w:r>
        <w:t>Pekerjaan</w:t>
      </w:r>
      <w:proofErr w:type="spellEnd"/>
      <w:r w:rsidR="003439AC">
        <w:tab/>
      </w:r>
      <w:r>
        <w:t>: ........................................................</w:t>
      </w:r>
      <w:r w:rsidR="003439AC">
        <w:t>.........................................................................................................................</w:t>
      </w:r>
    </w:p>
    <w:p w14:paraId="12C32A5D" w14:textId="760D9D16" w:rsidR="008865EF" w:rsidRDefault="00000000" w:rsidP="003439AC">
      <w:pPr>
        <w:tabs>
          <w:tab w:val="left" w:pos="1276"/>
          <w:tab w:val="left" w:pos="1560"/>
        </w:tabs>
      </w:pPr>
      <w:r>
        <w:t>Alamat</w:t>
      </w:r>
      <w:r w:rsidR="003439AC">
        <w:tab/>
      </w:r>
      <w:r>
        <w:t>: ........................................................</w:t>
      </w:r>
      <w:r w:rsidR="003439AC">
        <w:t>.........................................................................................................................</w:t>
      </w:r>
    </w:p>
    <w:p w14:paraId="643CE329" w14:textId="367C8976" w:rsidR="008865EF" w:rsidRDefault="00000000" w:rsidP="003439AC">
      <w:pPr>
        <w:tabs>
          <w:tab w:val="left" w:pos="1276"/>
          <w:tab w:val="left" w:pos="1560"/>
        </w:tabs>
      </w:pPr>
      <w:r>
        <w:t>No HP/WA</w:t>
      </w:r>
      <w:r w:rsidR="003439AC">
        <w:tab/>
      </w:r>
      <w:r>
        <w:t>: ........................................................</w:t>
      </w:r>
      <w:r w:rsidR="003439AC">
        <w:t>........................................................................................................................</w:t>
      </w:r>
    </w:p>
    <w:p w14:paraId="0EE390A3" w14:textId="4A7C3F94" w:rsidR="008865EF" w:rsidRDefault="00000000" w:rsidP="003439AC">
      <w:pPr>
        <w:tabs>
          <w:tab w:val="left" w:pos="1276"/>
          <w:tab w:val="left" w:pos="1560"/>
        </w:tabs>
      </w:pPr>
      <w:r>
        <w:t>Email</w:t>
      </w:r>
      <w:r w:rsidR="003439AC">
        <w:tab/>
      </w:r>
      <w:r>
        <w:t>: .......................................................</w:t>
      </w:r>
      <w:r w:rsidR="003439AC">
        <w:t>.</w:t>
      </w:r>
      <w:r>
        <w:t>.</w:t>
      </w:r>
      <w:r w:rsidR="003439AC">
        <w:t>.......................................................................................................................</w:t>
      </w:r>
    </w:p>
    <w:p w14:paraId="4B30708A" w14:textId="399AD2AE" w:rsidR="008865EF" w:rsidRDefault="00000000">
      <w:proofErr w:type="spellStart"/>
      <w:r>
        <w:t>Informasi</w:t>
      </w:r>
      <w:proofErr w:type="spellEnd"/>
      <w:r>
        <w:t xml:space="preserve"> yang </w:t>
      </w:r>
      <w:proofErr w:type="spellStart"/>
      <w:r>
        <w:t>dimohon</w:t>
      </w:r>
      <w:proofErr w:type="spellEnd"/>
      <w:r>
        <w:t>:</w:t>
      </w:r>
      <w:r>
        <w:br/>
        <w:t>........................................................................</w:t>
      </w:r>
      <w:r w:rsidR="003439AC">
        <w:t>......................................................................................................................................</w:t>
      </w:r>
    </w:p>
    <w:p w14:paraId="1E4506A1" w14:textId="7C263429" w:rsidR="003439AC" w:rsidRDefault="003439AC">
      <w:r>
        <w:t>…………………………………………………………………………………………………………………………………………………….</w:t>
      </w:r>
    </w:p>
    <w:p w14:paraId="1C5A483C" w14:textId="1AE1D449" w:rsidR="008865EF" w:rsidRDefault="00000000">
      <w:r>
        <w:t>Tujuan penggunaan:</w:t>
      </w:r>
      <w:r>
        <w:br/>
        <w:t>........................................................................</w:t>
      </w:r>
      <w:r w:rsidR="003439AC">
        <w:t>......................................................................................................................................</w:t>
      </w:r>
    </w:p>
    <w:p w14:paraId="44C5E04E" w14:textId="2E13563B" w:rsidR="003439AC" w:rsidRDefault="003439AC">
      <w:r>
        <w:t>…………………………………………………………………………………………………………………………………………………….</w:t>
      </w:r>
    </w:p>
    <w:p w14:paraId="4E91E111" w14:textId="77777777" w:rsidR="008865EF" w:rsidRDefault="00000000">
      <w:r>
        <w:t>Cara memperoleh: ☐ Melihat ☐ Salinan ☐ Email ☐ WA ☐ Pos</w:t>
      </w:r>
    </w:p>
    <w:p w14:paraId="75251AF0" w14:textId="77777777" w:rsidR="003439AC" w:rsidRDefault="003439AC"/>
    <w:p w14:paraId="01033FC5" w14:textId="77777777" w:rsidR="003439AC" w:rsidRDefault="00000000" w:rsidP="003439AC">
      <w:pPr>
        <w:ind w:left="6804"/>
      </w:pPr>
      <w:r>
        <w:br/>
        <w:t>Pemohon,</w:t>
      </w:r>
      <w:r>
        <w:br/>
      </w:r>
    </w:p>
    <w:p w14:paraId="4D7416A7" w14:textId="74B22BD9" w:rsidR="008865EF" w:rsidRDefault="00000000" w:rsidP="003439AC">
      <w:pPr>
        <w:ind w:left="6804"/>
      </w:pPr>
      <w:r>
        <w:br/>
        <w:t>(............................)</w:t>
      </w:r>
    </w:p>
    <w:p w14:paraId="7995D776" w14:textId="77777777" w:rsidR="008865EF" w:rsidRDefault="00000000">
      <w:r>
        <w:br w:type="page"/>
      </w:r>
    </w:p>
    <w:p w14:paraId="0477BF0F" w14:textId="77777777" w:rsidR="008865EF" w:rsidRDefault="00000000">
      <w:pPr>
        <w:jc w:val="center"/>
      </w:pPr>
      <w:r>
        <w:rPr>
          <w:b/>
        </w:rPr>
        <w:lastRenderedPageBreak/>
        <w:t>FORMULIR PENGAJUAN KEBERATAN INFORMASI PUBLIK</w:t>
      </w:r>
    </w:p>
    <w:p w14:paraId="0B90F57F" w14:textId="77777777" w:rsidR="003439AC" w:rsidRDefault="003439AC" w:rsidP="003439AC">
      <w:pPr>
        <w:tabs>
          <w:tab w:val="left" w:pos="1418"/>
          <w:tab w:val="left" w:pos="1560"/>
        </w:tabs>
      </w:pPr>
      <w:r>
        <w:t>Nama</w:t>
      </w:r>
      <w:r>
        <w:tab/>
        <w:t>: ..................................................................................................................................................................................</w:t>
      </w:r>
    </w:p>
    <w:p w14:paraId="5326C9F3" w14:textId="77777777" w:rsidR="003439AC" w:rsidRDefault="003439AC" w:rsidP="003439AC">
      <w:pPr>
        <w:tabs>
          <w:tab w:val="left" w:pos="1418"/>
          <w:tab w:val="left" w:pos="1560"/>
        </w:tabs>
      </w:pPr>
      <w:r>
        <w:t>NIK</w:t>
      </w:r>
      <w:r>
        <w:tab/>
        <w:t>: .................................................................................................................................................................................</w:t>
      </w:r>
    </w:p>
    <w:p w14:paraId="121E4DB1" w14:textId="0DB1E94F" w:rsidR="003439AC" w:rsidRDefault="003439AC" w:rsidP="003439AC">
      <w:pPr>
        <w:tabs>
          <w:tab w:val="left" w:pos="1418"/>
          <w:tab w:val="left" w:pos="1560"/>
        </w:tabs>
      </w:pPr>
      <w:proofErr w:type="spellStart"/>
      <w:r>
        <w:t>Pekerjaan</w:t>
      </w:r>
      <w:proofErr w:type="spellEnd"/>
      <w:r>
        <w:tab/>
        <w:t>: .................................................................................................................................................................................</w:t>
      </w:r>
      <w:r>
        <w:t>.</w:t>
      </w:r>
    </w:p>
    <w:p w14:paraId="2F972DAF" w14:textId="77777777" w:rsidR="003439AC" w:rsidRDefault="003439AC" w:rsidP="003439AC">
      <w:pPr>
        <w:tabs>
          <w:tab w:val="left" w:pos="1418"/>
          <w:tab w:val="left" w:pos="1560"/>
        </w:tabs>
      </w:pPr>
      <w:r>
        <w:t>Alamat</w:t>
      </w:r>
      <w:r>
        <w:tab/>
        <w:t>: .................................................................................................................................................................................</w:t>
      </w:r>
    </w:p>
    <w:p w14:paraId="4E2CE18F" w14:textId="708DDF06" w:rsidR="003439AC" w:rsidRDefault="003439AC" w:rsidP="003439AC">
      <w:pPr>
        <w:tabs>
          <w:tab w:val="left" w:pos="1418"/>
        </w:tabs>
      </w:pPr>
      <w:r>
        <w:t>No HP/WA</w:t>
      </w:r>
      <w:r>
        <w:tab/>
        <w:t>: ................................................................................................................................................................................</w:t>
      </w:r>
      <w:r>
        <w:t>..</w:t>
      </w:r>
    </w:p>
    <w:p w14:paraId="51E41092" w14:textId="6FEE77D3" w:rsidR="008865EF" w:rsidRDefault="00000000" w:rsidP="003439AC">
      <w:pPr>
        <w:tabs>
          <w:tab w:val="left" w:pos="1418"/>
        </w:tabs>
      </w:pPr>
      <w:proofErr w:type="spellStart"/>
      <w:r>
        <w:t>Nomor</w:t>
      </w:r>
      <w:proofErr w:type="spellEnd"/>
      <w:r>
        <w:t xml:space="preserve"> </w:t>
      </w:r>
      <w:proofErr w:type="spellStart"/>
      <w:r>
        <w:t>Permohonan</w:t>
      </w:r>
      <w:proofErr w:type="spellEnd"/>
      <w:r>
        <w:t>: ........................................................</w:t>
      </w:r>
      <w:r w:rsidR="003439AC">
        <w:t>..............................................................................................................</w:t>
      </w:r>
    </w:p>
    <w:p w14:paraId="355CA285" w14:textId="5874AB1E" w:rsidR="008865EF" w:rsidRDefault="00000000">
      <w:r>
        <w:t xml:space="preserve">Alasan </w:t>
      </w:r>
      <w:proofErr w:type="spellStart"/>
      <w:r>
        <w:t>Keberatan</w:t>
      </w:r>
      <w:proofErr w:type="spellEnd"/>
      <w:r>
        <w:t>:</w:t>
      </w:r>
      <w:r>
        <w:br/>
        <w:t xml:space="preserve">☐ </w:t>
      </w:r>
      <w:proofErr w:type="spellStart"/>
      <w:r>
        <w:t>Ditolak</w:t>
      </w:r>
      <w:proofErr w:type="spellEnd"/>
      <w:r>
        <w:t xml:space="preserve"> ☐ Tidak ditanggapi ☐ Terlambat ☐ Biaya tidak wajar ☐ Lainnya</w:t>
      </w:r>
    </w:p>
    <w:p w14:paraId="3DD392A5" w14:textId="1425F704" w:rsidR="008865EF" w:rsidRDefault="00000000">
      <w:r>
        <w:t>Uraian:</w:t>
      </w:r>
      <w:r>
        <w:br/>
        <w:t>........................................................................</w:t>
      </w:r>
      <w:r w:rsidR="003439AC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4EEF549" w14:textId="77777777" w:rsidR="003439AC" w:rsidRDefault="00000000" w:rsidP="003439AC">
      <w:pPr>
        <w:ind w:left="5670"/>
      </w:pPr>
      <w:r>
        <w:br/>
        <w:t>Pemohon,</w:t>
      </w:r>
      <w:r>
        <w:br/>
      </w:r>
    </w:p>
    <w:p w14:paraId="78ADA4F8" w14:textId="560B920E" w:rsidR="008865EF" w:rsidRDefault="00000000" w:rsidP="003439AC">
      <w:pPr>
        <w:ind w:left="5670"/>
      </w:pPr>
      <w:r>
        <w:br/>
        <w:t>(............................)</w:t>
      </w:r>
    </w:p>
    <w:sectPr w:rsidR="008865EF" w:rsidSect="003439AC">
      <w:pgSz w:w="11907" w:h="16840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29478947">
    <w:abstractNumId w:val="8"/>
  </w:num>
  <w:num w:numId="2" w16cid:durableId="1957515170">
    <w:abstractNumId w:val="6"/>
  </w:num>
  <w:num w:numId="3" w16cid:durableId="1475872792">
    <w:abstractNumId w:val="5"/>
  </w:num>
  <w:num w:numId="4" w16cid:durableId="1180505148">
    <w:abstractNumId w:val="4"/>
  </w:num>
  <w:num w:numId="5" w16cid:durableId="2085489156">
    <w:abstractNumId w:val="7"/>
  </w:num>
  <w:num w:numId="6" w16cid:durableId="1673021809">
    <w:abstractNumId w:val="3"/>
  </w:num>
  <w:num w:numId="7" w16cid:durableId="1454716353">
    <w:abstractNumId w:val="2"/>
  </w:num>
  <w:num w:numId="8" w16cid:durableId="1434596557">
    <w:abstractNumId w:val="1"/>
  </w:num>
  <w:num w:numId="9" w16cid:durableId="136073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C6FA7"/>
    <w:rsid w:val="0029639D"/>
    <w:rsid w:val="00326F90"/>
    <w:rsid w:val="003439AC"/>
    <w:rsid w:val="008865E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6B2E2F"/>
  <w14:defaultImageDpi w14:val="300"/>
  <w15:docId w15:val="{C4CE6D2C-51D0-48C1-A22E-82DAC842B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674</Words>
  <Characters>3847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ACER</cp:lastModifiedBy>
  <cp:revision>2</cp:revision>
  <dcterms:created xsi:type="dcterms:W3CDTF">2013-12-23T23:15:00Z</dcterms:created>
  <dcterms:modified xsi:type="dcterms:W3CDTF">2026-07-17T06:12:00Z</dcterms:modified>
  <cp:category/>
</cp:coreProperties>
</file>